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03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Concept grid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Build one concept from six angles so that definition, application and evaluation stay connected.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400"/>
        <w:gridCol w:w="5400"/>
      </w:tblGrid>
      <w:tr>
        <w:trPr>
          <w:trHeight w:val="3628" w:hRule="atLeast"/>
          <w:tblHeader w:val="true"/>
        </w:trPr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Definition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State it precisely; note any conditions.</w:t>
            </w:r>
          </w:p>
        </w:tc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Example(s)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Use a case that genuinely tests the concept.</w:t>
            </w:r>
          </w:p>
        </w:tc>
      </w:tr>
      <w:tr>
        <w:trPr>
          <w:trHeight w:val="3628" w:hRule="atLeast"/>
        </w:trPr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Diagram / argument map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Show premises, inference and conclusion.</w:t>
            </w:r>
          </w:p>
        </w:tc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Common errors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Record the tempting confusion and correct it.</w:t>
            </w:r>
          </w:p>
        </w:tc>
      </w:tr>
      <w:tr>
        <w:trPr>
          <w:trHeight w:val="3628" w:hRule="atLeast"/>
        </w:trPr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Exam tip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How will this earn clarity, precision or evaluation?</w:t>
            </w:r>
          </w:p>
        </w:tc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Linked ideas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Connect another topic, philosopher or objection.</w:t>
            </w:r>
          </w:p>
        </w:tc>
      </w:tr>
    </w:tbl>
    <w:sectPr>
      <w:footerReference w:type="default" r:id="rId9"/>
      <w:pgSz w:w="11906" w:h="16838"/>
      <w:pgMar w:top="709" w:right="709" w:bottom="709" w:left="709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Concept grid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Grid Note Template</dc:title>
  <dc:subject>A4 philosophy note-taking approach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