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pBdr>
          <w:bottom w:val="single" w:sz="18" w:space="5" w:color="C5A84E"/>
        </w:pBdr>
      </w:pPr>
      <w:r>
        <w:rPr>
          <w:rFonts w:ascii="Poppins" w:hAnsi="Poppins"/>
          <w:b/>
          <w:i w:val="0"/>
          <w:color w:val="C5A84E"/>
          <w:sz w:val="14"/>
        </w:rPr>
        <w:t>BIBBY PHILOSOPHY</w:t>
      </w:r>
      <w:r>
        <w:rPr>
          <w:rFonts w:ascii="Poppins" w:hAnsi="Poppins"/>
          <w:b/>
          <w:i w:val="0"/>
          <w:color w:val="66635E"/>
          <w:sz w:val="14"/>
        </w:rPr>
        <w:t xml:space="preserve">   /   </w:t>
      </w:r>
      <w:r>
        <w:rPr>
          <w:rFonts w:ascii="Poppins" w:hAnsi="Poppins"/>
          <w:b/>
          <w:i w:val="0"/>
          <w:color w:val="111111"/>
          <w:sz w:val="31"/>
        </w:rPr>
        <w:t>PHILOSOPHY ARGUMENT PLANNER</w:t>
      </w:r>
      <w:r>
        <w:rPr>
          <w:rFonts w:ascii="Poppins" w:hAnsi="Poppins"/>
          <w:b/>
          <w:i w:val="0"/>
          <w:color w:val="66635E"/>
          <w:sz w:val="14"/>
        </w:rPr>
        <w:t xml:space="preserve">   /   A3 PRINT</w:t>
      </w:r>
    </w:p>
    <w:tbl>
      <w:tblPr>
        <w:tblW w:type="dxa" w:w="226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00"/>
        <w:gridCol w:w="10400"/>
        <w:gridCol w:w="900"/>
        <w:gridCol w:w="10400"/>
      </w:tblGrid>
      <w:tr>
        <w:trPr>
          <w:trHeight w:val="510" w:hRule="atLeast"/>
          <w:tblHeader w:val="true"/>
        </w:trPr>
        <w:tc>
          <w:tcPr>
            <w:tcW w:type="dxa" w:w="900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Unit</w:t>
            </w:r>
          </w:p>
        </w:tc>
        <w:tc>
          <w:tcPr>
            <w:tcW w:type="dxa" w:w="104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900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Topic</w:t>
            </w:r>
          </w:p>
        </w:tc>
        <w:tc>
          <w:tcPr>
            <w:tcW w:type="dxa" w:w="104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p>
      <w:pPr>
        <w:spacing w:before="0" w:after="20" w:line="240" w:lineRule="auto"/>
      </w:pPr>
      <w:r>
        <w:rPr>
          <w:rFonts w:ascii="Source Sans 3" w:hAnsi="Source Sans 3"/>
          <w:b w:val="0"/>
          <w:i w:val="0"/>
          <w:color w:val="FFFFFF"/>
          <w:sz w:val="2"/>
        </w:rPr>
        <w:t xml:space="preserve"> </w:t>
      </w:r>
    </w:p>
    <w:tbl>
      <w:tblPr>
        <w:tblW w:type="dxa" w:w="226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650"/>
        <w:gridCol w:w="5650"/>
        <w:gridCol w:w="5650"/>
        <w:gridCol w:w="5650"/>
      </w:tblGrid>
      <w:tr>
        <w:trPr>
          <w:trHeight w:val="2891" w:hRule="atLeast"/>
          <w:tblHeader w:val="true"/>
        </w:trPr>
        <w:tc>
          <w:tcPr>
            <w:tcW w:type="dxa" w:w="11300"/>
            <w:gridSpan w:val="2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Central argument</w:t>
            </w:r>
          </w:p>
        </w:tc>
        <w:tc>
          <w:tcPr>
            <w:tcW w:type="dxa" w:w="11300"/>
            <w:gridSpan w:val="2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Philosophers</w:t>
            </w:r>
          </w:p>
        </w:tc>
      </w:tr>
      <w:tr>
        <w:trPr>
          <w:trHeight w:val="425" w:hRule="atLeast"/>
        </w:trPr>
        <w:tc>
          <w:tcPr>
            <w:tcW w:type="dxa" w:w="565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3 marks</w:t>
            </w:r>
          </w:p>
        </w:tc>
        <w:tc>
          <w:tcPr>
            <w:tcW w:type="dxa" w:w="565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5 marks</w:t>
            </w:r>
          </w:p>
        </w:tc>
        <w:tc>
          <w:tcPr>
            <w:tcW w:type="dxa" w:w="565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12 marks</w:t>
            </w:r>
          </w:p>
        </w:tc>
        <w:tc>
          <w:tcPr>
            <w:tcW w:type="dxa" w:w="565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25 marks</w:t>
            </w:r>
          </w:p>
        </w:tc>
      </w:tr>
      <w:tr>
        <w:trPr>
          <w:trHeight w:val="1814" w:hRule="atLeast"/>
        </w:trPr>
        <w:tc>
          <w:tcPr>
            <w:tcW w:type="dxa" w:w="565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565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565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565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3118" w:hRule="atLeast"/>
        </w:trPr>
        <w:tc>
          <w:tcPr>
            <w:tcW w:type="dxa" w:w="11300"/>
            <w:gridSpan w:val="2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Critiques / objections</w:t>
            </w:r>
          </w:p>
        </w:tc>
        <w:tc>
          <w:tcPr>
            <w:tcW w:type="dxa" w:w="11300"/>
            <w:gridSpan w:val="2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Defences / responses</w:t>
            </w:r>
          </w:p>
        </w:tc>
      </w:tr>
      <w:tr>
        <w:trPr>
          <w:trHeight w:val="1701" w:hRule="atLeast"/>
        </w:trPr>
        <w:tc>
          <w:tcPr>
            <w:tcW w:type="dxa" w:w="5650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Synoptic links</w:t>
            </w:r>
          </w:p>
        </w:tc>
        <w:tc>
          <w:tcPr>
            <w:tcW w:type="dxa" w:w="5650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Concept thesis</w:t>
            </w:r>
          </w:p>
        </w:tc>
        <w:tc>
          <w:tcPr>
            <w:tcW w:type="dxa" w:w="5650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Key terms</w:t>
            </w:r>
          </w:p>
        </w:tc>
        <w:tc>
          <w:tcPr>
            <w:tcW w:type="dxa" w:w="5650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Confidence (R / A / G)</w:t>
            </w:r>
          </w:p>
        </w:tc>
      </w:tr>
      <w:tr>
        <w:trPr>
          <w:trHeight w:val="1757" w:hRule="atLeast"/>
        </w:trPr>
        <w:tc>
          <w:tcPr>
            <w:tcW w:type="dxa" w:w="11300"/>
            <w:gridSpan w:val="2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My position</w:t>
            </w:r>
          </w:p>
        </w:tc>
        <w:tc>
          <w:tcPr>
            <w:tcW w:type="dxa" w:w="11300"/>
            <w:gridSpan w:val="2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References</w:t>
            </w:r>
          </w:p>
        </w:tc>
      </w:tr>
    </w:tbl>
    <w:sectPr>
      <w:footerReference w:type="default" r:id="rId9"/>
      <w:pgSz w:w="23811" w:h="16838" w:orient="landscape"/>
      <w:pgMar w:top="567" w:right="567" w:bottom="567" w:left="567" w:header="255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rFonts w:ascii="Source Sans 3" w:hAnsi="Source Sans 3"/>
        <w:b w:val="0"/>
        <w:i w:val="0"/>
        <w:color w:val="66635E"/>
        <w:sz w:val="14"/>
      </w:rPr>
      <w:t xml:space="preserve">Bibby Philosophy  |  Argument planner - A3 print  |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Source Sans 3" w:hAnsi="Source Sans 3"/>
      <w:color w:val="111111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/>
      <w:outlineLvl w:val="0"/>
    </w:pPr>
    <w:rPr>
      <w:rFonts w:asciiTheme="majorHAnsi" w:eastAsiaTheme="majorEastAsia" w:hAnsiTheme="majorHAnsi" w:cstheme="majorBidi" w:ascii="Poppins" w:hAnsi="Poppins"/>
      <w:b/>
      <w:bCs/>
      <w:color w:val="111111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Poppins" w:hAnsi="Poppins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11111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Philosophy Argument Planner - A3 print</dc:title>
  <dc:subject>Printable argument planner with AQA 7172 question formats</dc:subject>
  <dc:creator/>
  <cp:keywords>AQA 7172, philosophy, revision, template</cp:keywords>
  <dc:description>Clean public template rebuilt from user-authored source material.</dc:description>
  <cp:lastModifiedBy/>
  <cp:revision>1</cp:revision>
  <dcterms:created xsi:type="dcterms:W3CDTF">2026-08-21T00:00:00Z</dcterms:created>
  <dcterms:modified xsi:type="dcterms:W3CDTF">2026-08-21T00:00:00Z</dcterms:modified>
  <cp:category>A-level Philosophy revision template</cp:category>
</cp:coreProperties>
</file>